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5115" w14:textId="77777777" w:rsidR="008C557F" w:rsidRDefault="008C557F">
      <w:pPr>
        <w:jc w:val="center"/>
        <w:rPr>
          <w:b/>
        </w:rPr>
      </w:pPr>
    </w:p>
    <w:p w14:paraId="09CF31AD" w14:textId="77777777" w:rsidR="008C557F" w:rsidRDefault="008C557F">
      <w:pPr>
        <w:jc w:val="center"/>
        <w:rPr>
          <w:b/>
        </w:rPr>
      </w:pPr>
    </w:p>
    <w:p w14:paraId="5F8C29D4" w14:textId="706C6798" w:rsidR="00E477A2" w:rsidRDefault="00000000">
      <w:pPr>
        <w:jc w:val="center"/>
      </w:pPr>
      <w:r>
        <w:rPr>
          <w:b/>
        </w:rPr>
        <w:t>DECLARACIÓ JURADA DE COMPROMÍS DE PORTAR ARMES</w:t>
      </w:r>
    </w:p>
    <w:p w14:paraId="1F2D8FEC" w14:textId="77777777" w:rsidR="00E477A2" w:rsidRDefault="00E477A2"/>
    <w:p w14:paraId="31F70569" w14:textId="77777777" w:rsidR="00E477A2" w:rsidRDefault="00000000">
      <w:r>
        <w:t xml:space="preserve">La persona </w:t>
      </w:r>
      <w:r>
        <w:rPr>
          <w:b/>
        </w:rPr>
        <w:t>[NOM I COGNOMS]</w:t>
      </w:r>
      <w:r>
        <w:t xml:space="preserve">, amb DNI </w:t>
      </w:r>
      <w:r>
        <w:rPr>
          <w:b/>
        </w:rPr>
        <w:t>[DNI]</w:t>
      </w:r>
      <w:r>
        <w:t>, aspirant a la convocatòria pública de concurs oposició per a la provisió d’un lloc de treball d’agent de la policia local,</w:t>
      </w:r>
    </w:p>
    <w:p w14:paraId="6C975B38" w14:textId="77777777" w:rsidR="00E477A2" w:rsidRDefault="00E477A2"/>
    <w:p w14:paraId="05935787" w14:textId="77777777" w:rsidR="00E477A2" w:rsidRDefault="00000000">
      <w:r>
        <w:rPr>
          <w:b/>
        </w:rPr>
        <w:t>DECLARO, sota jurament o promesa:</w:t>
      </w:r>
    </w:p>
    <w:p w14:paraId="009183FA" w14:textId="4DD6DFE7" w:rsidR="00E477A2" w:rsidRDefault="00000000">
      <w:r>
        <w:t xml:space="preserve">Que prenc, lliure i voluntàriament, el compromís de portar armes, d’acord amb les condicions establertes per la normativa vigent, i en concret amb el que disposa l’article 11.1.i) del Decret 233/2002, de 3 de setembre, pel qual s’aprova el Reglament d’accés, promoció i mobilitat de les policies locals, en el supòsit de resultar nomenat/ada funcionari/ària de carrera amb la categoria d’agent de la policia local de </w:t>
      </w:r>
      <w:proofErr w:type="spellStart"/>
      <w:r>
        <w:t>l’Ajuntament</w:t>
      </w:r>
      <w:proofErr w:type="spellEnd"/>
      <w:r>
        <w:t xml:space="preserve"> de </w:t>
      </w:r>
      <w:r w:rsidR="008C557F">
        <w:t>Solsona</w:t>
      </w:r>
    </w:p>
    <w:p w14:paraId="6980CE8E" w14:textId="77777777" w:rsidR="00E477A2" w:rsidRDefault="00E477A2"/>
    <w:p w14:paraId="0D811B65" w14:textId="77777777" w:rsidR="00E477A2" w:rsidRDefault="00000000">
      <w:r>
        <w:t>I perquè així consti, signo la present declaració jurada.</w:t>
      </w:r>
    </w:p>
    <w:p w14:paraId="2D04AFA9" w14:textId="77777777" w:rsidR="00E477A2" w:rsidRDefault="00E477A2"/>
    <w:p w14:paraId="27D3A230" w14:textId="77777777" w:rsidR="00E477A2" w:rsidRDefault="00000000">
      <w:r>
        <w:t>A [LOCALITAT], data [DATA]</w:t>
      </w:r>
    </w:p>
    <w:p w14:paraId="7D01E353" w14:textId="77777777" w:rsidR="00E477A2" w:rsidRDefault="00E477A2"/>
    <w:p w14:paraId="4C7AE9D4" w14:textId="48304065" w:rsidR="00E477A2" w:rsidRDefault="00000000">
      <w:r>
        <w:t>Signatura</w:t>
      </w:r>
      <w:r w:rsidR="008C557F">
        <w:t>:</w:t>
      </w:r>
    </w:p>
    <w:p w14:paraId="22693B77" w14:textId="77777777" w:rsidR="00E477A2" w:rsidRDefault="00E477A2"/>
    <w:p w14:paraId="3A1B08B7" w14:textId="77777777" w:rsidR="00E477A2" w:rsidRDefault="00000000">
      <w:r>
        <w:t>____________________________________________</w:t>
      </w:r>
    </w:p>
    <w:sectPr w:rsidR="00E477A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4671994">
    <w:abstractNumId w:val="8"/>
  </w:num>
  <w:num w:numId="2" w16cid:durableId="752319763">
    <w:abstractNumId w:val="6"/>
  </w:num>
  <w:num w:numId="3" w16cid:durableId="315770947">
    <w:abstractNumId w:val="5"/>
  </w:num>
  <w:num w:numId="4" w16cid:durableId="1666739346">
    <w:abstractNumId w:val="4"/>
  </w:num>
  <w:num w:numId="5" w16cid:durableId="515847673">
    <w:abstractNumId w:val="7"/>
  </w:num>
  <w:num w:numId="6" w16cid:durableId="867254204">
    <w:abstractNumId w:val="3"/>
  </w:num>
  <w:num w:numId="7" w16cid:durableId="1956060726">
    <w:abstractNumId w:val="2"/>
  </w:num>
  <w:num w:numId="8" w16cid:durableId="63771121">
    <w:abstractNumId w:val="1"/>
  </w:num>
  <w:num w:numId="9" w16cid:durableId="1289093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C557F"/>
    <w:rsid w:val="00AA1D8D"/>
    <w:rsid w:val="00B47730"/>
    <w:rsid w:val="00CB0664"/>
    <w:rsid w:val="00E477A2"/>
    <w:rsid w:val="00F245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C1554F"/>
  <w14:defaultImageDpi w14:val="300"/>
  <w15:docId w15:val="{9E922E7C-10F2-4A5F-9D32-21BB5708F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Ajuntament de Solsona</cp:lastModifiedBy>
  <cp:revision>2</cp:revision>
  <dcterms:created xsi:type="dcterms:W3CDTF">2025-12-24T10:13:00Z</dcterms:created>
  <dcterms:modified xsi:type="dcterms:W3CDTF">2025-12-24T10:13:00Z</dcterms:modified>
  <cp:category/>
</cp:coreProperties>
</file>